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la gestion du parc animalier TAZA de Jijel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Benabdellah Soumia/ Ali LALOUCI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uml/ mysql/ EasyPHP/ HTML/ Site web/ CSS/ 2tup/ parc animalier/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