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لمحددات الحوكمة في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بورافة هالة/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أنظمة الحكم/ مبادئ الحوكمة/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