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dynamique pour une agence de voyage de tourisme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Benlarribi Abderrahim/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00422711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uml/ UP/ JOOMLA/ Wampserver/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