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الإتصال الشخصي المباشر في المؤسسات الإقتصادية الخدمية :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نزاري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الخدمة/ الاتصال المباشر/ المؤسسة الخدمية/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