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réalisation d'un site web dynamique pour la réservation en ligne des chambres d'hotel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Bouyebba Mohammed Et Tahir/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00423111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Implémentation/ Le langage de modélisation unifie (UML/ Etude de l’existant/ Etude de cas/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