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l'organisation d'une conférence internationale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Lebloub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l’internet/ Les langages de programmation/ LES APPLICATIONS WEB/ Le processus du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