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الأسواق المالية في تمويل المؤسسة الصغيرة والمتوسطة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جزار زليخة/ داودي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التنمية/ التنمية الإقتصادية/ المؤسسات الصغيرة والمتوسطة/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