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الحوافز المالية وأثرها في تحسين الأداء الوظيفي في المؤسسات الجامعية الجزائرية : دراسة حالة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شماع لمياء/ ،عقون شراف (رئيسا) ،فؤاد بوجنانة(مناقشا) ، كمال زموري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إدارة الموارد البشرية/ التحفيز/ الحوافز المالية/ أداء الأفراد/ المركز الجامعي عبد الحفيظ بوالصوف ميلة/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