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solution web pour la gestion des interventions d'un département informatique au niveau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Zetili Chouayb/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de développement/ Conception du Site WEB/ Le système informatique/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