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annuaire national des formations de l'enseignement sup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Tsaloub Bilal/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Conception/ Introduction au Web/ L’enseignement supérieur en Algérie/ étude préalable/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