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Réalisation d'un site web dynamique la réservation en ligne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Boumaad Soumia/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commerce électronique/ uml/ Modélisation UML/ Site web/ PROCESSUS UNIFIER (UP/ IMPLIMENTATION/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