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gérer automatiquement les rendez-vous dans une clinique médicale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Zouaghi Ishaq/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uml/ UP simplifié/ the WEB sites/ medical clinic/ appointment/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