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d'un système de gestion d'ontologie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Mehazzem Wassim/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java/ Ontologie médicale/ application de gestion d'ontologie/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