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Bouhabila Farida/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données/ uml/ application web/ servlet/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