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حذف الأصفار من العملة النقدية في كبح التضخم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بوقبينة أسية/ ،بلحاج طارق(رئيسا)، مشري فريد(مناقشا)، غيشي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العملة/ التضخم/ إعادة تقييم العملة/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