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تقييم جودة الخدمة في وكالات التأمين : دراسة حالة الشركة الجزائرية للتأمينات CAAT بمدينة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بوصبع نبيلة/ غيشي عبد العالي(مشرفا)/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33073411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الخدمة/ وكالات التأمين/ مدينة ميلة/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