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خدمات الموانئ باستخدام نماذج نظرية صفوف الإنتظار : دراسة حالة المؤسسة المينائية لسكيكدة (2007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سر مسعودة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سيير/ خدمات الموانئ/ المؤسسة المينائية لسكيك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