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l'effet des hormones végétales sur la croissance de blé dur cultivé dans un milieu salin (Triticum durum Desf)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Aissous Ibtissam/ Himour S Président,Boukaria S Examinateur,Benmakhlouf Z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salin/ régulateurs de croissance/ la croissance/ la pulvérisation/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