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pollution des nappes phréatiques et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Hamlaoui djahid/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nappes/ produits toxiques/ le ruissellement/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