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d'épurations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Bendas salaheddine/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ressources/ boues/ urbaines/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