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Eco-éthologie du grand cormoran hivernant au niveau du barrage de Beni-Haroun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Chebbah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grand cormoran/ reposoirs/ barrage de Beni-Harou/ hivernale/ adulte/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