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Capacite d'evacuation des eaux pluviales par un canal buse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Belkhiri amina/ KHELALFA MOHAMED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évaporation/ hydroclimatologie/ des eaux pluviales/ Bassins versants/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