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dHydrochimie des eaux de surface (matériels et méthodes)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derradji ouafa/ Kemoukh Sami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l'eau/ hydrochimie/ Dosage des ions CO3/ Les ions chlorures/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