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traitement des eaux potable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Amimour yassine/ MOUSSOUN A.encacadreur/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de mer/ surfaces/ Eaux de lac/ Eaux de rivière/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