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exploitation du réseau d'assainissement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kriouet amar/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L'écoulement/ l'assainissement/ Exploitation du réseau/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