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viation des eaux pluviales hords perimetre urb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at hocine/ KHELALFA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/ hydrolog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