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antioxydante des extraits d'une plante médicinale de genre euphorbia : euphorbia helioscopia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Boulkour Sara/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Flavonoïdes/ composés phénoliques/ Euphorbiacées/ Pouvoir réducteur/ Antioxydant/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