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léactivité biologique des fruits de quatre variètés d'olivier ( Olea europaea L.) dans larégion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Boukouissem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Flavonoïdes/ Olea europaea L/ tanins/ polyphénol/ Activité antimicrobiennes/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