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Contamination des sédiments de l'Oued Endja par le cadmium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Amrouche Chahinaz/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Paramètres physicochimiques/ Pollution métallique/ Macroinvertébrés/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