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الخطاب الرباني للأنبياء والرسل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مريم/ بولدياب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الخطاب القرآني/ أسلوب الأمر/ الخطاب الرباني/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