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تحت الصفر لأحمد مطر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بوجلبان لمياء/ لطرش سارة/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أسلوبية/ قصيدة تحت صفر/ أحمد مطر/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