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فضاء في رواية البيت الأندلسي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بلي سارة/ لعمارة يمين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واسيني الأعرج/ شعرية الفضاء/ رواية البيت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