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للمعلم في قصيدة إلى المعلم لأحمد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لعريبي أمال/ العيون خالدة/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قصيدة إلى المعلم/ أحمد سحنون/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