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التضاد في ديوان أبجدية المنفى والبندقية للشاعر الفلسطيني ابراهيم اسماعيل شتات (ابن شاطئ)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عزيز خديجة/ بوهالي ابتسام/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الشعرية/ التضاد/ إبراهيم إسماعيل شتات/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