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معالم الإغتراب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شبطة سارة/ بوالغالغ فريال/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الإغتراب/ عنتر بن شداد/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