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فلسطين في رواية غسان كنفاني عائد إلى حيفا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مديحة/ بوريدح حنان/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السرد/ غسان كنفاني/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