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سؤال الحداثة في كتاب صدمة الحداثة لأدونيس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بولوسخ خديجة/ بوالثلج سيهام/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الحداثة/ أدونيس/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