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الأنا والآخر في رواية ليون الإفريقي لأمين معلوف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رابط سمية/ الفني خديجة/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الأنا/ الآخر/ رواية ليون الإفريقي/ أمين معلوف/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