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ما تبقى لكم لغسان كنفاني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إلهام/ صيد كوثر/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غسان كنفاني/ الرواية الفلسطينية/ رواية"ما تبقى لكم"/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