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الحوارية في زرقاء اليمامة لأمل دنقل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نجوى/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