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اء عند 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طمط سارة/ لبيوض حس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