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في رواية ساق البامبو لسعود السنعوسي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بريزة/ عيساوي نسرين/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صورة الآخر/ صورة الأنا العربية/ رواية ساق البامبو/ سعود السنعوسي/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