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رواية فتاوى زمن الموت لابراهيم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خرخار سعاد/ علوي راضية/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الزمن/ ابراهيم سعدي/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