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القسم في القرآن دراسة دلالية بلاغية جزء عم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مناصر هبة/ مساعدي هدى/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الأسلوب الإنشائي/ القسم و أقسامه/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