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الفصاحة والبلاغة عند عبد القاهر الجرجاني في كتابه دلائل الإعجاز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عولميت فيروز/ قريقة شامة/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الفصاحة/ عبد القاهر الجرجاني/ كتاب دلائل الإعجاز/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