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أسلوبية التعبير عند نزار قباني قصيدة هوامش على دفتر النكسة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بورماد مريم/ بلهاين أميرة/ مزهود سليم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80090411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نزار قباني/ أسلوبية التعبير/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