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الإجتماعية عند نجيب محفوظ قصر الشوق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وادرة رفيقة/ رحال مسعود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اجتماعية/ قصر الشوق/ نجيب محفو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