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علي ابن حزمون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بوبرام اليزيد/ بوزيدي حمزة/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علي ابن حزمون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