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قصيدة سلام على من جاء بالحق والهدى للشاعر ابن الجنان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آمنة/ بن سي عمار منى/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البيانية/ ابن الجنان الاندلسي/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