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الجهود المجمعية ودورها في صناعة المعاجم الإصطلاحية مجمع القاهرة نموذج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عيسى صارة/ خنفي مريم/ لشهب حياة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80094611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